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0B78D" w14:textId="77777777" w:rsidR="00367416" w:rsidRDefault="00000000">
      <w:pPr>
        <w:jc w:val="center"/>
      </w:pPr>
      <w:r>
        <w:rPr>
          <w:b/>
          <w:sz w:val="30"/>
        </w:rPr>
        <w:t>13. évfolyam – Irodai szoftverek</w:t>
      </w:r>
    </w:p>
    <w:p w14:paraId="2ECE8400" w14:textId="77777777" w:rsidR="00367416" w:rsidRDefault="00000000">
      <w:pPr>
        <w:jc w:val="center"/>
      </w:pPr>
      <w:r>
        <w:rPr>
          <w:b/>
          <w:sz w:val="28"/>
        </w:rPr>
        <w:t>Ismétlő feladat – hivatalos levél készítése</w:t>
      </w:r>
    </w:p>
    <w:p w14:paraId="0831FF1A" w14:textId="77777777" w:rsidR="00367416" w:rsidRDefault="00000000">
      <w:proofErr w:type="spellStart"/>
      <w:r>
        <w:rPr>
          <w:b/>
        </w:rPr>
        <w:t>Feladat</w:t>
      </w:r>
      <w:proofErr w:type="spellEnd"/>
      <w:r>
        <w:rPr>
          <w:b/>
        </w:rPr>
        <w:t>:</w:t>
      </w:r>
    </w:p>
    <w:p w14:paraId="01144FA2" w14:textId="77777777" w:rsidR="00367416" w:rsidRDefault="00000000" w:rsidP="00A45E53">
      <w:pPr>
        <w:jc w:val="both"/>
      </w:pPr>
      <w:r>
        <w:t>Hivatalos üzleti levél szerkesztése a megadott adatok alapján adatbevitellel és számítógépes szövegszerkesztéssel.</w:t>
      </w:r>
    </w:p>
    <w:p w14:paraId="033F9C66" w14:textId="77777777" w:rsidR="00367416" w:rsidRDefault="00000000" w:rsidP="00A45E53">
      <w:pPr>
        <w:jc w:val="both"/>
      </w:pPr>
      <w:r>
        <w:t xml:space="preserve">Ön a </w:t>
      </w:r>
      <w:r w:rsidRPr="00A45E53">
        <w:rPr>
          <w:b/>
          <w:bCs/>
        </w:rPr>
        <w:t>DunaOffice Irodatechnika Kft.</w:t>
      </w:r>
      <w:r>
        <w:t xml:space="preserve"> ügyintézője. A vállalkozás új, irodai munkakörnyezet kialakítását segítő termékcsomagot állított össze. Feladata, hogy a megadott adatok és szöveg alapján ajánlati levelet készítsen egy partnercég részére. A dokumentum feleljen meg a hivatalos üzleti levelezés formai követelményeinek!</w:t>
      </w:r>
    </w:p>
    <w:p w14:paraId="3A5F9E6B" w14:textId="0D7DA9A6" w:rsidR="00367416" w:rsidRDefault="00000000">
      <w:r>
        <w:t>1. A teljes dokumentum oldalbeállítása legyen: felső margó 2,</w:t>
      </w:r>
      <w:r w:rsidR="00A45E53">
        <w:t>5</w:t>
      </w:r>
      <w:r>
        <w:t xml:space="preserve"> cm, alsó margó 2,</w:t>
      </w:r>
      <w:r w:rsidR="00A45E53">
        <w:t>5</w:t>
      </w:r>
      <w:r>
        <w:t xml:space="preserve"> cm, </w:t>
      </w:r>
      <w:proofErr w:type="spellStart"/>
      <w:r>
        <w:t>bal</w:t>
      </w:r>
      <w:proofErr w:type="spellEnd"/>
      <w:r>
        <w:t xml:space="preserve"> </w:t>
      </w:r>
      <w:proofErr w:type="spellStart"/>
      <w:r w:rsidR="00A45E53">
        <w:t>és</w:t>
      </w:r>
      <w:proofErr w:type="spellEnd"/>
      <w:r w:rsidR="00A45E53">
        <w:t xml:space="preserve"> </w:t>
      </w:r>
      <w:proofErr w:type="spellStart"/>
      <w:r w:rsidR="00A45E53">
        <w:t>jobb</w:t>
      </w:r>
      <w:proofErr w:type="spellEnd"/>
      <w:r w:rsidR="00A45E53">
        <w:t xml:space="preserve"> </w:t>
      </w:r>
      <w:proofErr w:type="spellStart"/>
      <w:r>
        <w:t>margó</w:t>
      </w:r>
      <w:proofErr w:type="spellEnd"/>
      <w:r>
        <w:t xml:space="preserve"> 2 cm.</w:t>
      </w:r>
    </w:p>
    <w:p w14:paraId="014D380A" w14:textId="77777777" w:rsidR="00367416" w:rsidRDefault="00000000">
      <w:r>
        <w:t>2. A levél törzsszövegének betűtípusa Times New Roman, betűmérete 12 pt, karakterstílusa normál legyen.</w:t>
      </w:r>
    </w:p>
    <w:p w14:paraId="0A6B959A" w14:textId="77777777" w:rsidR="00367416" w:rsidRDefault="00000000">
      <w:r>
        <w:t>3. A levél adatait az alábbiak szerint használja fel: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81"/>
        <w:gridCol w:w="4982"/>
      </w:tblGrid>
      <w:tr w:rsidR="00367416" w14:paraId="567DEBB8" w14:textId="77777777">
        <w:tc>
          <w:tcPr>
            <w:tcW w:w="4986" w:type="dxa"/>
          </w:tcPr>
          <w:p w14:paraId="5C56F0BD" w14:textId="77777777" w:rsidR="00367416" w:rsidRDefault="00000000">
            <w:r>
              <w:t>Keltezés:</w:t>
            </w:r>
          </w:p>
        </w:tc>
        <w:tc>
          <w:tcPr>
            <w:tcW w:w="4986" w:type="dxa"/>
          </w:tcPr>
          <w:p w14:paraId="0E5E660E" w14:textId="77777777" w:rsidR="00367416" w:rsidRDefault="00000000">
            <w:r>
              <w:t>Vác, &lt;aktuális dátum&gt;</w:t>
            </w:r>
          </w:p>
        </w:tc>
      </w:tr>
      <w:tr w:rsidR="00367416" w14:paraId="3156BED9" w14:textId="77777777">
        <w:tc>
          <w:tcPr>
            <w:tcW w:w="4986" w:type="dxa"/>
          </w:tcPr>
          <w:p w14:paraId="37C8DA5F" w14:textId="77777777" w:rsidR="00367416" w:rsidRDefault="00000000">
            <w:r>
              <w:t>Iktatószám:</w:t>
            </w:r>
          </w:p>
        </w:tc>
        <w:tc>
          <w:tcPr>
            <w:tcW w:w="4986" w:type="dxa"/>
          </w:tcPr>
          <w:p w14:paraId="2F6E30E6" w14:textId="77777777" w:rsidR="00367416" w:rsidRDefault="00000000">
            <w:r>
              <w:t>84/2026</w:t>
            </w:r>
          </w:p>
        </w:tc>
      </w:tr>
      <w:tr w:rsidR="00367416" w14:paraId="461243AE" w14:textId="77777777">
        <w:tc>
          <w:tcPr>
            <w:tcW w:w="4986" w:type="dxa"/>
          </w:tcPr>
          <w:p w14:paraId="67E455C2" w14:textId="77777777" w:rsidR="00367416" w:rsidRDefault="00000000">
            <w:r>
              <w:t>Ügyintéző:</w:t>
            </w:r>
          </w:p>
        </w:tc>
        <w:tc>
          <w:tcPr>
            <w:tcW w:w="4986" w:type="dxa"/>
          </w:tcPr>
          <w:p w14:paraId="3DBAE5E4" w14:textId="77777777" w:rsidR="00367416" w:rsidRDefault="00000000">
            <w:r>
              <w:t>&lt;Saját név&gt;</w:t>
            </w:r>
          </w:p>
        </w:tc>
      </w:tr>
      <w:tr w:rsidR="00367416" w14:paraId="172575DC" w14:textId="77777777">
        <w:tc>
          <w:tcPr>
            <w:tcW w:w="4986" w:type="dxa"/>
          </w:tcPr>
          <w:p w14:paraId="45BB3A9C" w14:textId="77777777" w:rsidR="00367416" w:rsidRDefault="00000000">
            <w:r>
              <w:t>A levél tárgya:</w:t>
            </w:r>
          </w:p>
        </w:tc>
        <w:tc>
          <w:tcPr>
            <w:tcW w:w="4986" w:type="dxa"/>
          </w:tcPr>
          <w:p w14:paraId="3AC448B1" w14:textId="77777777" w:rsidR="00367416" w:rsidRDefault="00000000">
            <w:r>
              <w:t>Irodai eszközcsomag – kedvezményes ajánlat</w:t>
            </w:r>
          </w:p>
        </w:tc>
      </w:tr>
      <w:tr w:rsidR="00367416" w14:paraId="5D3492D4" w14:textId="77777777">
        <w:tc>
          <w:tcPr>
            <w:tcW w:w="4986" w:type="dxa"/>
          </w:tcPr>
          <w:p w14:paraId="13273E4F" w14:textId="77777777" w:rsidR="00367416" w:rsidRDefault="00000000">
            <w:r>
              <w:t>A levél aláírója:</w:t>
            </w:r>
          </w:p>
        </w:tc>
        <w:tc>
          <w:tcPr>
            <w:tcW w:w="4986" w:type="dxa"/>
          </w:tcPr>
          <w:p w14:paraId="638E17D1" w14:textId="77777777" w:rsidR="00367416" w:rsidRDefault="00000000">
            <w:r>
              <w:t>Farkas Dániel</w:t>
            </w:r>
          </w:p>
        </w:tc>
      </w:tr>
      <w:tr w:rsidR="00367416" w14:paraId="08076E14" w14:textId="77777777">
        <w:tc>
          <w:tcPr>
            <w:tcW w:w="4986" w:type="dxa"/>
          </w:tcPr>
          <w:p w14:paraId="44F1AA0E" w14:textId="77777777" w:rsidR="00367416" w:rsidRDefault="00000000">
            <w:r>
              <w:t>Az aláíró beosztása:</w:t>
            </w:r>
          </w:p>
        </w:tc>
        <w:tc>
          <w:tcPr>
            <w:tcW w:w="4986" w:type="dxa"/>
          </w:tcPr>
          <w:p w14:paraId="0615A92A" w14:textId="77777777" w:rsidR="00367416" w:rsidRDefault="00000000">
            <w:r>
              <w:t>kereskedelmi vezető</w:t>
            </w:r>
          </w:p>
        </w:tc>
      </w:tr>
      <w:tr w:rsidR="00367416" w14:paraId="0F544A42" w14:textId="77777777">
        <w:tc>
          <w:tcPr>
            <w:tcW w:w="4986" w:type="dxa"/>
          </w:tcPr>
          <w:p w14:paraId="2016A320" w14:textId="77777777" w:rsidR="00367416" w:rsidRDefault="00000000">
            <w:r>
              <w:t>Melléklet:</w:t>
            </w:r>
          </w:p>
        </w:tc>
        <w:tc>
          <w:tcPr>
            <w:tcW w:w="4986" w:type="dxa"/>
          </w:tcPr>
          <w:p w14:paraId="1F7CBC66" w14:textId="77777777" w:rsidR="00367416" w:rsidRDefault="00000000">
            <w:r>
              <w:t>2 db</w:t>
            </w:r>
          </w:p>
        </w:tc>
      </w:tr>
    </w:tbl>
    <w:p w14:paraId="46596B24" w14:textId="77777777" w:rsidR="00367416" w:rsidRDefault="00000000" w:rsidP="00A45E53">
      <w:pPr>
        <w:spacing w:before="120" w:after="120"/>
      </w:pPr>
      <w:proofErr w:type="spellStart"/>
      <w:r>
        <w:rPr>
          <w:b/>
        </w:rPr>
        <w:t>Partnercég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adatai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60"/>
        <w:gridCol w:w="1662"/>
        <w:gridCol w:w="1660"/>
        <w:gridCol w:w="1660"/>
        <w:gridCol w:w="1660"/>
        <w:gridCol w:w="1661"/>
      </w:tblGrid>
      <w:tr w:rsidR="00367416" w14:paraId="472F8CC1" w14:textId="77777777">
        <w:tc>
          <w:tcPr>
            <w:tcW w:w="1662" w:type="dxa"/>
            <w:vAlign w:val="center"/>
          </w:tcPr>
          <w:p w14:paraId="6F701AEB" w14:textId="77777777" w:rsidR="00367416" w:rsidRDefault="00000000">
            <w:r>
              <w:t>Név</w:t>
            </w:r>
          </w:p>
        </w:tc>
        <w:tc>
          <w:tcPr>
            <w:tcW w:w="1662" w:type="dxa"/>
            <w:vAlign w:val="center"/>
          </w:tcPr>
          <w:p w14:paraId="3AC59737" w14:textId="77777777" w:rsidR="00367416" w:rsidRDefault="00000000">
            <w:r>
              <w:t>Kapcsolattartó</w:t>
            </w:r>
          </w:p>
        </w:tc>
        <w:tc>
          <w:tcPr>
            <w:tcW w:w="1662" w:type="dxa"/>
            <w:vAlign w:val="center"/>
          </w:tcPr>
          <w:p w14:paraId="4946FDE9" w14:textId="77777777" w:rsidR="00367416" w:rsidRDefault="00000000">
            <w:r>
              <w:t>Beosztás</w:t>
            </w:r>
          </w:p>
        </w:tc>
        <w:tc>
          <w:tcPr>
            <w:tcW w:w="1662" w:type="dxa"/>
            <w:vAlign w:val="center"/>
          </w:tcPr>
          <w:p w14:paraId="4387A0D2" w14:textId="77777777" w:rsidR="00367416" w:rsidRDefault="00000000">
            <w:r>
              <w:t>Város</w:t>
            </w:r>
          </w:p>
        </w:tc>
        <w:tc>
          <w:tcPr>
            <w:tcW w:w="1662" w:type="dxa"/>
            <w:vAlign w:val="center"/>
          </w:tcPr>
          <w:p w14:paraId="45317593" w14:textId="77777777" w:rsidR="00367416" w:rsidRDefault="00000000">
            <w:r>
              <w:t>Utca, házszám</w:t>
            </w:r>
          </w:p>
        </w:tc>
        <w:tc>
          <w:tcPr>
            <w:tcW w:w="1662" w:type="dxa"/>
            <w:vAlign w:val="center"/>
          </w:tcPr>
          <w:p w14:paraId="157867B7" w14:textId="77777777" w:rsidR="00367416" w:rsidRDefault="00000000">
            <w:r>
              <w:t>Irányítószám</w:t>
            </w:r>
          </w:p>
        </w:tc>
      </w:tr>
      <w:tr w:rsidR="00367416" w14:paraId="1DB064A9" w14:textId="77777777">
        <w:tc>
          <w:tcPr>
            <w:tcW w:w="1662" w:type="dxa"/>
          </w:tcPr>
          <w:p w14:paraId="0637A793" w14:textId="77777777" w:rsidR="00367416" w:rsidRDefault="00000000">
            <w:r>
              <w:t>Horizont Travel Kft.</w:t>
            </w:r>
          </w:p>
        </w:tc>
        <w:tc>
          <w:tcPr>
            <w:tcW w:w="1662" w:type="dxa"/>
          </w:tcPr>
          <w:p w14:paraId="2024759E" w14:textId="77777777" w:rsidR="00367416" w:rsidRDefault="00000000">
            <w:r>
              <w:t>Németh Réka</w:t>
            </w:r>
          </w:p>
        </w:tc>
        <w:tc>
          <w:tcPr>
            <w:tcW w:w="1662" w:type="dxa"/>
          </w:tcPr>
          <w:p w14:paraId="31C0DF41" w14:textId="77777777" w:rsidR="00367416" w:rsidRDefault="00000000">
            <w:r>
              <w:t>irodavezető</w:t>
            </w:r>
          </w:p>
        </w:tc>
        <w:tc>
          <w:tcPr>
            <w:tcW w:w="1662" w:type="dxa"/>
          </w:tcPr>
          <w:p w14:paraId="4F418493" w14:textId="77777777" w:rsidR="00367416" w:rsidRDefault="00000000">
            <w:r>
              <w:t>Szentendre</w:t>
            </w:r>
          </w:p>
        </w:tc>
        <w:tc>
          <w:tcPr>
            <w:tcW w:w="1662" w:type="dxa"/>
          </w:tcPr>
          <w:p w14:paraId="1F87CB94" w14:textId="77777777" w:rsidR="00367416" w:rsidRDefault="00000000">
            <w:r>
              <w:t>Dunakorzó 18.</w:t>
            </w:r>
          </w:p>
        </w:tc>
        <w:tc>
          <w:tcPr>
            <w:tcW w:w="1662" w:type="dxa"/>
          </w:tcPr>
          <w:p w14:paraId="3799ADE1" w14:textId="77777777" w:rsidR="00367416" w:rsidRDefault="00000000">
            <w:r>
              <w:t>2000</w:t>
            </w:r>
          </w:p>
        </w:tc>
      </w:tr>
    </w:tbl>
    <w:p w14:paraId="44B8D1B7" w14:textId="77777777" w:rsidR="00367416" w:rsidRDefault="00000000" w:rsidP="00A45E53">
      <w:pPr>
        <w:spacing w:before="120"/>
      </w:pPr>
      <w:r>
        <w:t>4. Gépelje be az alábbi levélszöveget! Ügyeljen a hibátlan adatbevitelre, és munka közben rendszeresen mentse a dokumentumot!</w:t>
      </w:r>
    </w:p>
    <w:p w14:paraId="0152307A" w14:textId="77777777" w:rsidR="00367416" w:rsidRDefault="00000000" w:rsidP="00A45E53">
      <w:pPr>
        <w:jc w:val="both"/>
      </w:pPr>
      <w:r>
        <w:t>Köszönjük, hogy vállalkozásuk az elmúlt időszakban több alkalommal is igénybe vette irodatechnikai szolgáltatásainkat. Szeptemberi ajánlatunkban olyan eszközöket állítottunk össze, amelyek kényelmesebbé és hatékonyabbá tehetik a mindennapi irodai munkát.</w:t>
      </w:r>
    </w:p>
    <w:p w14:paraId="491A6760" w14:textId="720E2819" w:rsidR="00A45E53" w:rsidRDefault="00000000" w:rsidP="00A45E53">
      <w:pPr>
        <w:jc w:val="both"/>
      </w:pPr>
      <w:r>
        <w:t xml:space="preserve">Amennyiben az ajánlatban szereplő termékek közül legalább két különböző tételt rendelnek, egy vezeték nélküli prezentációs távirányítót ajándékba adunk. A teljes csomag megrendelése esetén az ajándék mellett a termékek nettó </w:t>
      </w:r>
      <w:proofErr w:type="spellStart"/>
      <w:r>
        <w:t>árából</w:t>
      </w:r>
      <w:proofErr w:type="spellEnd"/>
      <w:r>
        <w:t xml:space="preserve"> 15% </w:t>
      </w:r>
      <w:proofErr w:type="spellStart"/>
      <w:r>
        <w:t>kedvezményt</w:t>
      </w:r>
      <w:proofErr w:type="spellEnd"/>
      <w:r>
        <w:t xml:space="preserve"> </w:t>
      </w:r>
      <w:proofErr w:type="spellStart"/>
      <w:r>
        <w:t>biztosítunk</w:t>
      </w:r>
      <w:proofErr w:type="spellEnd"/>
      <w:r>
        <w:t>.</w:t>
      </w:r>
    </w:p>
    <w:p w14:paraId="2425475D" w14:textId="77777777" w:rsidR="00A45E53" w:rsidRDefault="00A45E53">
      <w:r>
        <w:br w:type="page"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82"/>
        <w:gridCol w:w="4981"/>
      </w:tblGrid>
      <w:tr w:rsidR="00367416" w14:paraId="102E06D6" w14:textId="77777777">
        <w:tc>
          <w:tcPr>
            <w:tcW w:w="4986" w:type="dxa"/>
            <w:vAlign w:val="center"/>
          </w:tcPr>
          <w:p w14:paraId="14FCAA6A" w14:textId="77777777" w:rsidR="00367416" w:rsidRDefault="00000000">
            <w:pPr>
              <w:jc w:val="center"/>
            </w:pPr>
            <w:r>
              <w:rPr>
                <w:b/>
              </w:rPr>
              <w:lastRenderedPageBreak/>
              <w:t xml:space="preserve">Az </w:t>
            </w:r>
            <w:proofErr w:type="spellStart"/>
            <w:r>
              <w:rPr>
                <w:b/>
              </w:rPr>
              <w:t>ajánlati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csomag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tartalma</w:t>
            </w:r>
            <w:proofErr w:type="spellEnd"/>
          </w:p>
        </w:tc>
        <w:tc>
          <w:tcPr>
            <w:tcW w:w="4986" w:type="dxa"/>
            <w:vAlign w:val="center"/>
          </w:tcPr>
          <w:p w14:paraId="3C226FF6" w14:textId="77777777" w:rsidR="00367416" w:rsidRDefault="00000000">
            <w:pPr>
              <w:jc w:val="center"/>
            </w:pPr>
            <w:r>
              <w:rPr>
                <w:b/>
              </w:rPr>
              <w:t>Nettó egységár</w:t>
            </w:r>
          </w:p>
        </w:tc>
      </w:tr>
      <w:tr w:rsidR="00367416" w14:paraId="7051BD82" w14:textId="77777777">
        <w:tc>
          <w:tcPr>
            <w:tcW w:w="4986" w:type="dxa"/>
          </w:tcPr>
          <w:p w14:paraId="50C90ABF" w14:textId="77777777" w:rsidR="00367416" w:rsidRDefault="00000000">
            <w:r>
              <w:t>ErgoLift állítható laptopállvány</w:t>
            </w:r>
          </w:p>
        </w:tc>
        <w:tc>
          <w:tcPr>
            <w:tcW w:w="4986" w:type="dxa"/>
          </w:tcPr>
          <w:p w14:paraId="4BAE1468" w14:textId="77777777" w:rsidR="00367416" w:rsidRDefault="00000000">
            <w:r>
              <w:t>12 900 Ft</w:t>
            </w:r>
          </w:p>
        </w:tc>
      </w:tr>
      <w:tr w:rsidR="00367416" w14:paraId="0F861037" w14:textId="77777777">
        <w:tc>
          <w:tcPr>
            <w:tcW w:w="4986" w:type="dxa"/>
          </w:tcPr>
          <w:p w14:paraId="0AE01B5E" w14:textId="77777777" w:rsidR="00367416" w:rsidRDefault="00000000">
            <w:r>
              <w:t>SilentKey vezeték nélküli billentyűzet és egér</w:t>
            </w:r>
          </w:p>
        </w:tc>
        <w:tc>
          <w:tcPr>
            <w:tcW w:w="4986" w:type="dxa"/>
          </w:tcPr>
          <w:p w14:paraId="5286916E" w14:textId="77777777" w:rsidR="00367416" w:rsidRDefault="00000000">
            <w:r>
              <w:t>16 500 Ft</w:t>
            </w:r>
          </w:p>
        </w:tc>
      </w:tr>
      <w:tr w:rsidR="00367416" w14:paraId="0F4E85E7" w14:textId="77777777">
        <w:tc>
          <w:tcPr>
            <w:tcW w:w="4986" w:type="dxa"/>
          </w:tcPr>
          <w:p w14:paraId="2528CCFF" w14:textId="77777777" w:rsidR="00367416" w:rsidRDefault="00000000">
            <w:r>
              <w:t>ViewPro 24” Full HD monitor</w:t>
            </w:r>
          </w:p>
        </w:tc>
        <w:tc>
          <w:tcPr>
            <w:tcW w:w="4986" w:type="dxa"/>
          </w:tcPr>
          <w:p w14:paraId="294D2343" w14:textId="77777777" w:rsidR="00367416" w:rsidRDefault="00000000">
            <w:r>
              <w:t>54 900 Ft</w:t>
            </w:r>
          </w:p>
        </w:tc>
      </w:tr>
      <w:tr w:rsidR="00367416" w14:paraId="723339E9" w14:textId="77777777">
        <w:tc>
          <w:tcPr>
            <w:tcW w:w="4986" w:type="dxa"/>
          </w:tcPr>
          <w:p w14:paraId="5273AA1C" w14:textId="77777777" w:rsidR="00367416" w:rsidRDefault="00000000">
            <w:r>
              <w:t>DeskLight LED asztali lámpa USB-töltővel</w:t>
            </w:r>
          </w:p>
        </w:tc>
        <w:tc>
          <w:tcPr>
            <w:tcW w:w="4986" w:type="dxa"/>
          </w:tcPr>
          <w:p w14:paraId="3A51E10B" w14:textId="77777777" w:rsidR="00367416" w:rsidRDefault="00000000">
            <w:r>
              <w:t>11 800 Ft</w:t>
            </w:r>
          </w:p>
        </w:tc>
      </w:tr>
    </w:tbl>
    <w:p w14:paraId="32419475" w14:textId="77777777" w:rsidR="00367416" w:rsidRDefault="00000000" w:rsidP="00A45E53">
      <w:pPr>
        <w:jc w:val="both"/>
      </w:pPr>
      <w:r>
        <w:t>A termékek raktárról, a megrendelés visszaigazolását követően várhatóan 3–5 munkanapon belül átvehetők, illetve kérésre kiszállítjuk azokat. A csomaghoz mellékeljük a részletes műszaki adatlapot és a megrendelőlapot. Az ajánlat 2026. szeptember 30-ig érvényes.</w:t>
      </w:r>
    </w:p>
    <w:p w14:paraId="18E92D3D" w14:textId="77777777" w:rsidR="00367416" w:rsidRDefault="00000000" w:rsidP="00A45E53">
      <w:pPr>
        <w:jc w:val="both"/>
      </w:pPr>
      <w:r>
        <w:t>Tájékoztatjuk továbbá, hogy bemutatótermünk nyitvatartása szeptembertől megváltozik: hétfőtől csütörtökig 8:30–16:30, pénteken 8:30–14:00 között várjuk ügyfeleinket. Bízunk benne, hogy ajánlatunk felkeltette érdeklődésüket, és hamarosan megrendelőink között üdvözölhetjük Önöket.</w:t>
      </w:r>
    </w:p>
    <w:p w14:paraId="447943BE" w14:textId="77777777" w:rsidR="00367416" w:rsidRDefault="00000000" w:rsidP="00A45E53">
      <w:pPr>
        <w:spacing w:line="240" w:lineRule="auto"/>
      </w:pPr>
      <w:r>
        <w:t>5. Írjon a címzetthez illő megszólítást!</w:t>
      </w:r>
    </w:p>
    <w:p w14:paraId="7B28ADE8" w14:textId="77777777" w:rsidR="00367416" w:rsidRDefault="00000000" w:rsidP="00A45E53">
      <w:pPr>
        <w:spacing w:line="240" w:lineRule="auto"/>
      </w:pPr>
      <w:r>
        <w:t>6. A levél szövegét tartalmilag megfelelő bekezdésekre tagolja!</w:t>
      </w:r>
    </w:p>
    <w:p w14:paraId="62A48DF9" w14:textId="77777777" w:rsidR="00367416" w:rsidRDefault="00000000" w:rsidP="00A45E53">
      <w:pPr>
        <w:spacing w:line="240" w:lineRule="auto"/>
      </w:pPr>
      <w:r>
        <w:t>7. Állítsa be az automatikus elválasztást!</w:t>
      </w:r>
    </w:p>
    <w:p w14:paraId="5DE76A7D" w14:textId="77777777" w:rsidR="00367416" w:rsidRDefault="00000000" w:rsidP="00A45E53">
      <w:pPr>
        <w:spacing w:line="240" w:lineRule="auto"/>
      </w:pPr>
      <w:r>
        <w:t>8. A levél törzsszövegét igazítsa sorkizártra!</w:t>
      </w:r>
    </w:p>
    <w:p w14:paraId="11ED1FDE" w14:textId="77777777" w:rsidR="00367416" w:rsidRDefault="00000000" w:rsidP="00A45E53">
      <w:pPr>
        <w:spacing w:line="240" w:lineRule="auto"/>
      </w:pPr>
      <w:r>
        <w:t>9. A termékeket és áraikat a fenti minta alapján kétoszlopos táblázatban helyezze el. Az oszlopszélességek igazodjanak a tartalomhoz!</w:t>
      </w:r>
    </w:p>
    <w:p w14:paraId="50EC550C" w14:textId="77777777" w:rsidR="00367416" w:rsidRDefault="00000000" w:rsidP="00A45E53">
      <w:pPr>
        <w:spacing w:line="240" w:lineRule="auto"/>
      </w:pPr>
      <w:r>
        <w:t>10. A terméktáblázat első sorának szövegét vízszintesen és függőlegesen is igazítsa középre, és alkalmazzon rajta félkövér kiemelést!</w:t>
      </w:r>
    </w:p>
    <w:p w14:paraId="15879F8E" w14:textId="77777777" w:rsidR="00367416" w:rsidRDefault="00000000" w:rsidP="00A45E53">
      <w:pPr>
        <w:spacing w:line="240" w:lineRule="auto"/>
      </w:pPr>
      <w:r>
        <w:t>11. Készítsen élőfejet! Az élőfej közepén, egymás alatt szerepeljenek a következő adatok:</w:t>
      </w:r>
    </w:p>
    <w:p w14:paraId="0F00B72C" w14:textId="77777777" w:rsidR="00367416" w:rsidRDefault="00000000" w:rsidP="00A45E53">
      <w:pPr>
        <w:spacing w:after="0" w:line="240" w:lineRule="auto"/>
        <w:jc w:val="center"/>
      </w:pPr>
      <w:r>
        <w:t>DunaOffice Irodatechnika Kft.</w:t>
      </w:r>
    </w:p>
    <w:p w14:paraId="297FC962" w14:textId="77777777" w:rsidR="00367416" w:rsidRDefault="00000000" w:rsidP="00A45E53">
      <w:pPr>
        <w:spacing w:after="0" w:line="240" w:lineRule="auto"/>
        <w:jc w:val="center"/>
      </w:pPr>
      <w:r>
        <w:t>2600 Vác, Naszály út 12.</w:t>
      </w:r>
    </w:p>
    <w:p w14:paraId="265D897F" w14:textId="77777777" w:rsidR="00367416" w:rsidRDefault="00000000" w:rsidP="00A45E53">
      <w:pPr>
        <w:spacing w:after="0" w:line="240" w:lineRule="auto"/>
        <w:jc w:val="center"/>
      </w:pPr>
      <w:r>
        <w:t>Telefon: +36 27 510 284</w:t>
      </w:r>
    </w:p>
    <w:p w14:paraId="6D709F41" w14:textId="77777777" w:rsidR="00367416" w:rsidRDefault="00000000" w:rsidP="00A45E53">
      <w:pPr>
        <w:spacing w:after="120" w:line="240" w:lineRule="auto"/>
        <w:jc w:val="center"/>
      </w:pPr>
      <w:r>
        <w:t>E-mail: iroda@dunaoffice.hu</w:t>
      </w:r>
    </w:p>
    <w:p w14:paraId="149A83D1" w14:textId="77777777" w:rsidR="00367416" w:rsidRDefault="00000000" w:rsidP="00A45E53">
      <w:pPr>
        <w:spacing w:line="240" w:lineRule="auto"/>
      </w:pPr>
      <w:r>
        <w:t>12. A társaság nevét Arial 15 pt, félkövér, kiskapitális formázással jelenítse meg. Az elérhetőségi adatok Arial 10 pt méretűek legyenek.</w:t>
      </w:r>
    </w:p>
    <w:p w14:paraId="06BF9E81" w14:textId="07C75E8F" w:rsidR="00367416" w:rsidRDefault="00000000" w:rsidP="00A45E53">
      <w:pPr>
        <w:spacing w:line="240" w:lineRule="auto"/>
      </w:pPr>
      <w:r>
        <w:t xml:space="preserve">13. Az élőfej utolsó sora </w:t>
      </w:r>
      <w:proofErr w:type="spellStart"/>
      <w:r>
        <w:t>után</w:t>
      </w:r>
      <w:proofErr w:type="spellEnd"/>
      <w:r>
        <w:t xml:space="preserve"> </w:t>
      </w:r>
      <w:proofErr w:type="spellStart"/>
      <w:r>
        <w:t>állítson</w:t>
      </w:r>
      <w:proofErr w:type="spellEnd"/>
      <w:r>
        <w:t xml:space="preserve"> be </w:t>
      </w:r>
      <w:r w:rsidR="00A45E53">
        <w:t>24</w:t>
      </w:r>
      <w:r>
        <w:t xml:space="preserve"> pt </w:t>
      </w:r>
      <w:proofErr w:type="spellStart"/>
      <w:r>
        <w:t>térközt</w:t>
      </w:r>
      <w:proofErr w:type="spellEnd"/>
      <w:r>
        <w:t>!</w:t>
      </w:r>
    </w:p>
    <w:p w14:paraId="00306979" w14:textId="72BFF024" w:rsidR="00367416" w:rsidRDefault="00000000" w:rsidP="00A45E53">
      <w:pPr>
        <w:spacing w:line="240" w:lineRule="auto"/>
      </w:pPr>
      <w:r>
        <w:t>14. Az élőláb bal oldalán Times New Roman 1</w:t>
      </w:r>
      <w:r w:rsidR="00A45E53">
        <w:t>2</w:t>
      </w:r>
      <w:r>
        <w:t xml:space="preserve"> pt, </w:t>
      </w:r>
      <w:proofErr w:type="spellStart"/>
      <w:r>
        <w:t>félkövér</w:t>
      </w:r>
      <w:proofErr w:type="spellEnd"/>
      <w:r>
        <w:t xml:space="preserve"> </w:t>
      </w:r>
      <w:proofErr w:type="spellStart"/>
      <w:r>
        <w:t>formázással</w:t>
      </w:r>
      <w:proofErr w:type="spellEnd"/>
      <w:r>
        <w:t xml:space="preserve"> jelenjen meg a saját neve. Az élőláb fölött helyezzen el 0,5 pt vastagságú szimpla vonalat!</w:t>
      </w:r>
    </w:p>
    <w:p w14:paraId="5C4AF9AF" w14:textId="77777777" w:rsidR="00367416" w:rsidRDefault="00000000" w:rsidP="00A45E53">
      <w:pPr>
        <w:spacing w:line="240" w:lineRule="auto"/>
      </w:pPr>
      <w:r>
        <w:t>15. A levélben alkalmazzon legalább három, tartalmilag indokolt kiemelést!</w:t>
      </w:r>
    </w:p>
    <w:p w14:paraId="4359874A" w14:textId="77777777" w:rsidR="00367416" w:rsidRDefault="00000000" w:rsidP="00A45E53">
      <w:pPr>
        <w:spacing w:line="240" w:lineRule="auto"/>
      </w:pPr>
      <w:r>
        <w:t>16. Végezzen helyesírás-ellenőrzést, és szükség esetén javítsa a dokumentumot!</w:t>
      </w:r>
    </w:p>
    <w:p w14:paraId="5CA80C81" w14:textId="77777777" w:rsidR="00367416" w:rsidRDefault="00000000" w:rsidP="00A45E53">
      <w:pPr>
        <w:spacing w:line="240" w:lineRule="auto"/>
      </w:pPr>
      <w:r>
        <w:t>17. Mentse a kész dokumentumot a tanár által megadott helyre és fájlnéven!</w:t>
      </w:r>
    </w:p>
    <w:p w14:paraId="35F49CE9" w14:textId="77777777" w:rsidR="00367416" w:rsidRDefault="00000000" w:rsidP="00A45E53">
      <w:pPr>
        <w:spacing w:line="240" w:lineRule="auto"/>
      </w:pPr>
      <w:r>
        <w:t>18. A kész levelet nyomtatási képen ellenőrizze!</w:t>
      </w:r>
    </w:p>
    <w:p w14:paraId="6A5EDBA1" w14:textId="63F89BE0" w:rsidR="00367416" w:rsidRDefault="00000000" w:rsidP="00A45E53">
      <w:pPr>
        <w:spacing w:line="240" w:lineRule="auto"/>
      </w:pPr>
      <w:proofErr w:type="spellStart"/>
      <w:r>
        <w:rPr>
          <w:b/>
        </w:rPr>
        <w:t>Javasolt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fájlnév</w:t>
      </w:r>
      <w:proofErr w:type="spellEnd"/>
      <w:r>
        <w:rPr>
          <w:b/>
        </w:rPr>
        <w:t xml:space="preserve">: </w:t>
      </w:r>
      <w:r w:rsidR="00A45E53">
        <w:t>tanulo_neve</w:t>
      </w:r>
      <w:r>
        <w:t>_hivatalos_level.docx</w:t>
      </w:r>
    </w:p>
    <w:sectPr w:rsidR="00367416" w:rsidSect="00034616">
      <w:pgSz w:w="12240" w:h="15840"/>
      <w:pgMar w:top="1247" w:right="1020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338892">
    <w:abstractNumId w:val="8"/>
  </w:num>
  <w:num w:numId="2" w16cid:durableId="210844106">
    <w:abstractNumId w:val="6"/>
  </w:num>
  <w:num w:numId="3" w16cid:durableId="255527580">
    <w:abstractNumId w:val="5"/>
  </w:num>
  <w:num w:numId="4" w16cid:durableId="1719015685">
    <w:abstractNumId w:val="4"/>
  </w:num>
  <w:num w:numId="5" w16cid:durableId="52702039">
    <w:abstractNumId w:val="7"/>
  </w:num>
  <w:num w:numId="6" w16cid:durableId="114177781">
    <w:abstractNumId w:val="3"/>
  </w:num>
  <w:num w:numId="7" w16cid:durableId="1895390015">
    <w:abstractNumId w:val="2"/>
  </w:num>
  <w:num w:numId="8" w16cid:durableId="1380472447">
    <w:abstractNumId w:val="1"/>
  </w:num>
  <w:num w:numId="9" w16cid:durableId="93652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6337"/>
    <w:rsid w:val="00326F90"/>
    <w:rsid w:val="00367416"/>
    <w:rsid w:val="003740D4"/>
    <w:rsid w:val="00A45E5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E66A64"/>
  <w14:defaultImageDpi w14:val="300"/>
  <w15:docId w15:val="{3137F903-DC76-460F-B0F9-707DF980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3446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Oláh Bence</cp:lastModifiedBy>
  <cp:revision>2</cp:revision>
  <dcterms:created xsi:type="dcterms:W3CDTF">2026-08-31T17:42:00Z</dcterms:created>
  <dcterms:modified xsi:type="dcterms:W3CDTF">2026-08-31T17:42:00Z</dcterms:modified>
  <cp:category/>
</cp:coreProperties>
</file>